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9737E"/>
          <w:sz w:val="16"/>
        </w:rPr>
        <w:t>MULTIFAMILY PEST REFERENCE · FREE TOOL</w:t>
      </w:r>
    </w:p>
    <w:p>
      <w:pPr>
        <w:pStyle w:val="Title"/>
      </w:pPr>
      <w:r>
        <w:rPr>
          <w:color w:val="1F2D3A"/>
        </w:rPr>
        <w:t>Maintenance-Team Pest Checklist</w:t>
      </w:r>
    </w:p>
    <w:p>
      <w:r>
        <w:rPr>
          <w:i/>
        </w:rPr>
        <w:t>Repairs your own crew can make without a pest vendor that take away what pests need: a way in, a place to live, and food and water.</w:t>
      </w:r>
    </w:p>
    <w:p>
      <w:r>
        <w:rPr>
          <w:sz w:val="17"/>
        </w:rPr>
        <w:t>Prepared by Trenton S. Frazer, M.S., Board Certified Entomologist (BCE #B3413) · Version 1.0, October 13, 2026 · Not legal advice</w:t>
      </w:r>
    </w:p>
    <w:p>
      <w:pPr>
        <w:pStyle w:val="Heading2"/>
      </w:pPr>
      <w:r>
        <w:t>How to use this document</w:t>
      </w:r>
    </w:p>
    <w:p>
      <w:r>
        <w:rPr>
          <w:b w:val="0"/>
        </w:rPr>
        <w:t>These are building repairs, not pesticide work. Your crew can do every item on this list without a pesticide license. Do not apply pesticides as part of this list; who may apply pesticide in a unit is a separate question (see the Who May Apply Pesticide page). Record each repair with the date, location and a photo, and tell the pest provider so they can recheck.</w:t>
      </w:r>
    </w:p>
    <w:p>
      <w:pPr>
        <w:pStyle w:val="Heading1"/>
      </w:pPr>
      <w:r>
        <w:rPr>
          <w:color w:val="1F2D3A"/>
        </w:rPr>
        <w:t>Close the way in</w:t>
      </w:r>
    </w:p>
    <w:p>
      <w:r>
        <w:t xml:space="preserve">☐  </w:t>
      </w:r>
      <w:r>
        <w:rPr>
          <w:b w:val="0"/>
        </w:rPr>
        <w:t>Install or replace door sweeps so no daylight shows under exterior and unit entry doors</w:t>
      </w:r>
      <w:r>
        <w:rPr>
          <w:sz w:val="17"/>
        </w:rPr>
        <w:br/>
        <w:t xml:space="preserve">      Note: ______________________________</w:t>
      </w:r>
    </w:p>
    <w:p>
      <w:r>
        <w:t xml:space="preserve">☐  </w:t>
      </w:r>
      <w:r>
        <w:rPr>
          <w:b w:val="0"/>
        </w:rPr>
        <w:t>Seal gaps around pipes, conduits and cables with materials rodents do not chew through easily (for example copper or steel mesh with sealant, or sheet metal) at exterior walls and between units</w:t>
      </w:r>
      <w:r>
        <w:rPr>
          <w:sz w:val="17"/>
        </w:rPr>
        <w:br/>
        <w:t xml:space="preserve">      Note: ______________________________</w:t>
      </w:r>
    </w:p>
    <w:p>
      <w:r>
        <w:t xml:space="preserve">☐  </w:t>
      </w:r>
      <w:r>
        <w:rPr>
          <w:b w:val="0"/>
        </w:rPr>
        <w:t>Replace missing escutcheon plates under sinks and behind toilets</w:t>
      </w:r>
      <w:r>
        <w:rPr>
          <w:sz w:val="17"/>
        </w:rPr>
        <w:br/>
        <w:t xml:space="preserve">      Note: ______________________________</w:t>
      </w:r>
    </w:p>
    <w:p>
      <w:r>
        <w:t xml:space="preserve">☐  </w:t>
      </w:r>
      <w:r>
        <w:rPr>
          <w:b w:val="0"/>
        </w:rPr>
        <w:t>Repair torn window and vent screens; fit dampers on dryer and bath vents</w:t>
      </w:r>
      <w:r>
        <w:rPr>
          <w:sz w:val="17"/>
        </w:rPr>
        <w:br/>
        <w:t xml:space="preserve">      Note: ______________________________</w:t>
      </w:r>
    </w:p>
    <w:p>
      <w:r>
        <w:t xml:space="preserve">☐  </w:t>
      </w:r>
      <w:r>
        <w:rPr>
          <w:b w:val="0"/>
        </w:rPr>
        <w:t>Close holes in drywall, especially behind appliances and in shared plumbing walls (these connect units)</w:t>
      </w:r>
      <w:r>
        <w:rPr>
          <w:sz w:val="17"/>
        </w:rPr>
        <w:br/>
        <w:t xml:space="preserve">      Note: ______________________________</w:t>
      </w:r>
    </w:p>
    <w:p>
      <w:r>
        <w:t xml:space="preserve">☐  </w:t>
      </w:r>
      <w:r>
        <w:rPr>
          <w:b w:val="0"/>
        </w:rPr>
        <w:t>Seal gaps at baseboards, cabinet backs and countertop backsplashes in kitchens where cockroaches have been found</w:t>
      </w:r>
      <w:r>
        <w:rPr>
          <w:sz w:val="17"/>
        </w:rPr>
        <w:br/>
        <w:t xml:space="preserve">      Note: ______________________________</w:t>
      </w:r>
    </w:p>
    <w:p>
      <w:pPr>
        <w:pStyle w:val="Heading1"/>
      </w:pPr>
      <w:r>
        <w:rPr>
          <w:color w:val="1F2D3A"/>
        </w:rPr>
        <w:t>Take away water</w:t>
      </w:r>
    </w:p>
    <w:p>
      <w:r>
        <w:t xml:space="preserve">☐  </w:t>
      </w:r>
      <w:r>
        <w:rPr>
          <w:b w:val="0"/>
        </w:rPr>
        <w:t>Fix leaking faucets, supply lines, drain lines and toilet seals</w:t>
      </w:r>
      <w:r>
        <w:rPr>
          <w:sz w:val="17"/>
        </w:rPr>
        <w:br/>
        <w:t xml:space="preserve">      Note: ______________________________</w:t>
      </w:r>
    </w:p>
    <w:p>
      <w:r>
        <w:t xml:space="preserve">☐  </w:t>
      </w:r>
      <w:r>
        <w:rPr>
          <w:b w:val="0"/>
        </w:rPr>
        <w:t>Clear condensate lines and drip pans</w:t>
      </w:r>
      <w:r>
        <w:rPr>
          <w:sz w:val="17"/>
        </w:rPr>
        <w:br/>
        <w:t xml:space="preserve">      Note: ______________________________</w:t>
      </w:r>
    </w:p>
    <w:p>
      <w:r>
        <w:t xml:space="preserve">☐  </w:t>
      </w:r>
      <w:r>
        <w:rPr>
          <w:b w:val="0"/>
        </w:rPr>
        <w:t>Keep floor drain traps full; cover unused drains</w:t>
      </w:r>
      <w:r>
        <w:rPr>
          <w:sz w:val="17"/>
        </w:rPr>
        <w:br/>
        <w:t xml:space="preserve">      Note: ______________________________</w:t>
      </w:r>
    </w:p>
    <w:p>
      <w:r>
        <w:t xml:space="preserve">☐  </w:t>
      </w:r>
      <w:r>
        <w:rPr>
          <w:b w:val="0"/>
        </w:rPr>
        <w:t>Correct downspouts and irrigation that wet the foundation</w:t>
      </w:r>
      <w:r>
        <w:rPr>
          <w:sz w:val="17"/>
        </w:rPr>
        <w:br/>
        <w:t xml:space="preserve">      Note: ______________________________</w:t>
      </w:r>
    </w:p>
    <w:p>
      <w:pPr>
        <w:pStyle w:val="Heading1"/>
      </w:pPr>
      <w:r>
        <w:rPr>
          <w:color w:val="1F2D3A"/>
        </w:rPr>
        <w:t>Take away food and shelter</w:t>
      </w:r>
    </w:p>
    <w:p>
      <w:r>
        <w:t xml:space="preserve">☐  </w:t>
      </w:r>
      <w:r>
        <w:rPr>
          <w:b w:val="0"/>
        </w:rPr>
        <w:t>Keep dumpster lids closed and repaired; ask the hauler to replace damaged containers</w:t>
      </w:r>
      <w:r>
        <w:rPr>
          <w:sz w:val="17"/>
        </w:rPr>
        <w:br/>
        <w:t xml:space="preserve">      Note: ______________________________</w:t>
      </w:r>
    </w:p>
    <w:p>
      <w:r>
        <w:t xml:space="preserve">☐  </w:t>
      </w:r>
      <w:r>
        <w:rPr>
          <w:b w:val="0"/>
        </w:rPr>
        <w:t>Move dumpsters away from building doors where the site allows</w:t>
      </w:r>
      <w:r>
        <w:rPr>
          <w:sz w:val="17"/>
        </w:rPr>
        <w:br/>
        <w:t xml:space="preserve">      Note: ______________________________</w:t>
      </w:r>
    </w:p>
    <w:p>
      <w:r>
        <w:t xml:space="preserve">☐  </w:t>
      </w:r>
      <w:r>
        <w:rPr>
          <w:b w:val="0"/>
        </w:rPr>
        <w:t>Clean grease from community kitchen equipment and range hoods</w:t>
      </w:r>
      <w:r>
        <w:rPr>
          <w:sz w:val="17"/>
        </w:rPr>
        <w:br/>
        <w:t xml:space="preserve">      Note: ______________________________</w:t>
      </w:r>
    </w:p>
    <w:p>
      <w:r>
        <w:t xml:space="preserve">☐  </w:t>
      </w:r>
      <w:r>
        <w:rPr>
          <w:b w:val="0"/>
        </w:rPr>
        <w:t>Remove stored cardboard, clutter and abandoned furniture from storage and mechanical rooms</w:t>
      </w:r>
      <w:r>
        <w:rPr>
          <w:sz w:val="17"/>
        </w:rPr>
        <w:br/>
        <w:t xml:space="preserve">      Note: ______________________________</w:t>
      </w:r>
    </w:p>
    <w:p>
      <w:r>
        <w:t xml:space="preserve">☐  </w:t>
      </w:r>
      <w:r>
        <w:rPr>
          <w:b w:val="0"/>
        </w:rPr>
        <w:t>Trim vegetation and remove ivy from foundations; keep a gravel or bare strip at the foundation where possible</w:t>
      </w:r>
      <w:r>
        <w:rPr>
          <w:sz w:val="17"/>
        </w:rPr>
        <w:br/>
        <w:t xml:space="preserve">      Note: ______________________________</w:t>
      </w:r>
    </w:p>
    <w:p>
      <w:r>
        <w:t xml:space="preserve">☐  </w:t>
      </w:r>
      <w:r>
        <w:rPr>
          <w:b w:val="0"/>
        </w:rPr>
        <w:t>Do not leave discarded mattresses or upholstered furniture in hallways; wrap and remove them promptly</w:t>
      </w:r>
      <w:r>
        <w:rPr>
          <w:sz w:val="17"/>
        </w:rPr>
        <w:br/>
        <w:t xml:space="preserve">      Note: ______________________________</w:t>
      </w:r>
    </w:p>
    <w:p>
      <w:pPr>
        <w:pStyle w:val="Heading1"/>
      </w:pPr>
      <w:r>
        <w:rPr>
          <w:color w:val="1F2D3A"/>
        </w:rPr>
        <w:t>Work with the pest provider</w:t>
      </w:r>
    </w:p>
    <w:p>
      <w:r>
        <w:t xml:space="preserve">☐  </w:t>
      </w:r>
      <w:r>
        <w:rPr>
          <w:b w:val="0"/>
        </w:rPr>
        <w:t>Leave monitoring devices and bait stations where they are; if one is in the way, move it and tell the provider</w:t>
      </w:r>
      <w:r>
        <w:rPr>
          <w:sz w:val="17"/>
        </w:rPr>
        <w:br/>
        <w:t xml:space="preserve">      Note: ______________________________</w:t>
      </w:r>
    </w:p>
    <w:p>
      <w:r>
        <w:t xml:space="preserve">☐  </w:t>
      </w:r>
      <w:r>
        <w:rPr>
          <w:b w:val="0"/>
        </w:rPr>
        <w:t>Open access panels, bed frames or appliance kick plates when the technician needs them</w:t>
      </w:r>
      <w:r>
        <w:rPr>
          <w:sz w:val="17"/>
        </w:rPr>
        <w:br/>
        <w:t xml:space="preserve">      Note: ______________________________</w:t>
      </w:r>
    </w:p>
    <w:p>
      <w:r>
        <w:t xml:space="preserve">☐  </w:t>
      </w:r>
      <w:r>
        <w:rPr>
          <w:b w:val="0"/>
        </w:rPr>
        <w:t>After each repair, note it on the building-condition report so it is rechecked and closed</w:t>
      </w:r>
      <w:r>
        <w:rPr>
          <w:sz w:val="17"/>
        </w:rPr>
        <w:br/>
        <w:t xml:space="preserve">      Note: ______________________________</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Maintenance-Team Pest Checklist · Multifamily Pest Reference (multifamilypestreference.org) · Trenton S. Frazer, M.S., Board Certified Entomologist (BCE #B3413) · General model material,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Maintenance-Team Pest Checklist</dc:title>
  <dc:subject/>
  <dc:creator>Trenton S. Frazer, M.S., BCE #B3413</dc:creator>
  <cp:keywords/>
  <dc:description>generated by python-docx</dc:description>
  <cp:lastModifiedBy/>
  <cp:revision>1</cp:revision>
  <dcterms:created xsi:type="dcterms:W3CDTF">2013-12-23T23:15:00Z</dcterms:created>
  <dcterms:modified xsi:type="dcterms:W3CDTF">2013-12-23T23:15:00Z</dcterms:modified>
  <cp:category/>
</cp:coreProperties>
</file>